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83FEA" w14:textId="77777777" w:rsidR="00A40797" w:rsidRDefault="004E7877">
      <w:pPr>
        <w:spacing w:after="40"/>
        <w:jc w:val="center"/>
      </w:pPr>
      <w:r>
        <w:rPr>
          <w:rFonts w:ascii="Arial" w:hAnsi="Arial"/>
          <w:b/>
          <w:color w:val="1A365D"/>
          <w:sz w:val="22"/>
        </w:rPr>
        <w:t>ISTITUTO DI ISTRUZIONE SECONDARIA SUPERIORE “S. PUGLIATTI”</w:t>
      </w:r>
    </w:p>
    <w:p w14:paraId="6858CAEC" w14:textId="77777777" w:rsidR="00A40797" w:rsidRDefault="004E7877">
      <w:pPr>
        <w:spacing w:after="40"/>
        <w:jc w:val="center"/>
      </w:pPr>
      <w:r>
        <w:rPr>
          <w:rFonts w:ascii="Arial" w:hAnsi="Arial"/>
          <w:color w:val="444444"/>
          <w:sz w:val="17"/>
        </w:rPr>
        <w:t>Sede di Taormina: C.da Arancio – Tel. 0942-50202 – Cod. Fisc. 96005600832 – Cod. Mecc. MEIS03300G</w:t>
      </w:r>
      <w:r>
        <w:rPr>
          <w:rFonts w:ascii="Arial" w:hAnsi="Arial"/>
          <w:color w:val="444444"/>
          <w:sz w:val="17"/>
        </w:rPr>
        <w:br/>
        <w:t>Email: meis03300g@istruzione.it – PEC: meis03300g@pec.istruzione.it</w:t>
      </w:r>
    </w:p>
    <w:p w14:paraId="316DB48C" w14:textId="77777777" w:rsidR="00A40797" w:rsidRDefault="00A40797">
      <w:pPr>
        <w:pBdr>
          <w:bottom w:val="single" w:sz="12" w:space="1" w:color="1A365D"/>
        </w:pBdr>
        <w:spacing w:after="280"/>
      </w:pPr>
    </w:p>
    <w:p w14:paraId="58B43F84" w14:textId="77777777" w:rsidR="00A40797" w:rsidRDefault="004E7877">
      <w:pPr>
        <w:spacing w:after="280"/>
        <w:jc w:val="right"/>
      </w:pPr>
      <w:r>
        <w:rPr>
          <w:rFonts w:ascii="Arial" w:hAnsi="Arial"/>
          <w:b/>
          <w:color w:val="1A365D"/>
          <w:sz w:val="20"/>
        </w:rPr>
        <w:t>Al Titolare del trattamento dei dati</w:t>
      </w:r>
      <w:r>
        <w:rPr>
          <w:rFonts w:ascii="Arial" w:hAnsi="Arial"/>
          <w:b/>
          <w:color w:val="1A365D"/>
          <w:sz w:val="20"/>
        </w:rPr>
        <w:br/>
        <w:t>I.I.S.S. “S. Pugliatti” – Taormina</w:t>
      </w:r>
    </w:p>
    <w:p w14:paraId="15F590EF" w14:textId="77777777" w:rsidR="00A40797" w:rsidRDefault="004E7877">
      <w:pPr>
        <w:spacing w:after="80"/>
        <w:jc w:val="center"/>
      </w:pPr>
      <w:r>
        <w:rPr>
          <w:rFonts w:ascii="Arial" w:hAnsi="Arial"/>
          <w:b/>
          <w:color w:val="1A365D"/>
          <w:sz w:val="24"/>
        </w:rPr>
        <w:t>ALLEGATO 05 – INFORMATIVA SUL TRATTAMENTO DEI DATI PERSONALI</w:t>
      </w:r>
    </w:p>
    <w:p w14:paraId="08C5DC79" w14:textId="77777777" w:rsidR="00A40797" w:rsidRDefault="004E7877">
      <w:pPr>
        <w:spacing w:after="280"/>
        <w:jc w:val="center"/>
      </w:pPr>
      <w:r>
        <w:rPr>
          <w:rFonts w:ascii="Arial" w:hAnsi="Arial"/>
          <w:b/>
          <w:sz w:val="20"/>
        </w:rPr>
        <w:t>DICHIARAZIONE DI RICEVUTA E PRESA VISIONE</w:t>
      </w:r>
      <w:r>
        <w:rPr>
          <w:rFonts w:ascii="Arial" w:hAnsi="Arial"/>
          <w:b/>
          <w:sz w:val="20"/>
        </w:rPr>
        <w:br/>
        <w:t>(ex artt. 13 e 14 del Regolamento Europeo UE 2016/679 - GDPR)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70"/>
      </w:tblGrid>
      <w:tr w:rsidR="00A40797" w14:paraId="21532C6A" w14:textId="77777777">
        <w:trPr>
          <w:jc w:val="center"/>
        </w:trPr>
        <w:tc>
          <w:tcPr>
            <w:tcW w:w="9605" w:type="dxa"/>
            <w:tcBorders>
              <w:top w:val="single" w:sz="4" w:space="0" w:color="CBD5E0"/>
              <w:left w:val="single" w:sz="24" w:space="0" w:color="1A365D"/>
              <w:bottom w:val="single" w:sz="4" w:space="0" w:color="CBD5E0"/>
              <w:right w:val="single" w:sz="4" w:space="0" w:color="CBD5E0"/>
            </w:tcBorders>
            <w:shd w:val="clear" w:color="auto" w:fill="F7FAFC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A7B18D" w14:textId="77777777" w:rsidR="00A40797" w:rsidRDefault="004E7877">
            <w:pPr>
              <w:spacing w:after="0"/>
            </w:pPr>
            <w:r>
              <w:rPr>
                <w:rFonts w:ascii="Arial" w:hAnsi="Arial"/>
                <w:b/>
                <w:color w:val="1A365D"/>
                <w:sz w:val="19"/>
              </w:rPr>
              <w:t>DICHIARAZIONE DI RICEVUTA ED AVVENUTA PRESA VISIONE:</w:t>
            </w:r>
            <w:r>
              <w:rPr>
                <w:rFonts w:ascii="Arial" w:hAnsi="Arial"/>
                <w:b/>
                <w:color w:val="1A365D"/>
                <w:sz w:val="19"/>
              </w:rPr>
              <w:br/>
            </w:r>
            <w:r>
              <w:rPr>
                <w:b/>
                <w:sz w:val="19"/>
              </w:rPr>
              <w:t>A) dell'Informativa al trattamento dei dati personali del personale dipendente;</w:t>
            </w:r>
            <w:r>
              <w:rPr>
                <w:b/>
                <w:sz w:val="19"/>
              </w:rPr>
              <w:br/>
              <w:t>B) dell'Informativa relativa all'utilizzo del Registro Elettronico;</w:t>
            </w:r>
            <w:r>
              <w:rPr>
                <w:b/>
                <w:sz w:val="19"/>
              </w:rPr>
              <w:br/>
              <w:t>C) dell'Atto autorizzativo e delle istruzioni per gli addetti al trattamento.</w:t>
            </w:r>
          </w:p>
        </w:tc>
      </w:tr>
    </w:tbl>
    <w:p w14:paraId="0EDBAF35" w14:textId="77777777" w:rsidR="00A40797" w:rsidRDefault="00A40797">
      <w:pPr>
        <w:spacing w:after="160"/>
      </w:pPr>
    </w:p>
    <w:p w14:paraId="1CDD4FC9" w14:textId="77777777" w:rsidR="00A40797" w:rsidRDefault="004E7877">
      <w:pPr>
        <w:spacing w:after="120"/>
      </w:pPr>
      <w:r>
        <w:rPr>
          <w:sz w:val="20"/>
        </w:rPr>
        <w:t>Il/La sottoscritto/a (cognome, nome e C.F.):</w:t>
      </w:r>
      <w:r>
        <w:rPr>
          <w:sz w:val="20"/>
        </w:rPr>
        <w:br/>
        <w:t>....................................................................................................................................................................</w:t>
      </w:r>
    </w:p>
    <w:p w14:paraId="714A8917" w14:textId="77777777" w:rsidR="00A40797" w:rsidRDefault="004E7877">
      <w:pPr>
        <w:spacing w:after="80"/>
      </w:pPr>
      <w:r>
        <w:rPr>
          <w:sz w:val="20"/>
        </w:rPr>
        <w:t>in qualità di (*) ................................................................................................................. dell'Istituto,</w:t>
      </w:r>
    </w:p>
    <w:p w14:paraId="537A249A" w14:textId="77777777" w:rsidR="00A40797" w:rsidRDefault="004E7877">
      <w:pPr>
        <w:spacing w:after="280"/>
      </w:pPr>
      <w:r>
        <w:rPr>
          <w:i/>
          <w:color w:val="555555"/>
          <w:sz w:val="17"/>
        </w:rPr>
        <w:t>(*) indicare: docente / assistente amministrativo / DSGA / collaboratore scolastico o altro (specificare)</w:t>
      </w:r>
    </w:p>
    <w:p w14:paraId="0FDAFB7E" w14:textId="77777777" w:rsidR="00A40797" w:rsidRDefault="004E7877">
      <w:pPr>
        <w:jc w:val="center"/>
      </w:pPr>
      <w:r>
        <w:rPr>
          <w:rFonts w:ascii="Arial" w:hAnsi="Arial"/>
          <w:b/>
          <w:sz w:val="22"/>
        </w:rPr>
        <w:t>DICHIARA</w:t>
      </w:r>
    </w:p>
    <w:p w14:paraId="5EEED88E" w14:textId="77777777" w:rsidR="00A40797" w:rsidRDefault="004E7877">
      <w:pPr>
        <w:spacing w:after="160"/>
        <w:ind w:left="360"/>
      </w:pPr>
      <w:r>
        <w:rPr>
          <w:b/>
        </w:rPr>
        <w:t xml:space="preserve">• </w:t>
      </w:r>
      <w:r>
        <w:rPr>
          <w:sz w:val="20"/>
        </w:rPr>
        <w:t>di avere preso visione in data odierna delle informative “trattamento dati del personale dipendente” e “utilizzo del registro elettronico”, entrambe fornite dal Titolare ai sensi degli artt. 13 e 14 del Regolamento UE 679/2016 e reperibili nella sezione dedicata alla Privacy del sito WEB dell’Istituto, al link:</w:t>
      </w:r>
      <w:r>
        <w:rPr>
          <w:sz w:val="20"/>
        </w:rPr>
        <w:br/>
      </w:r>
      <w:r>
        <w:rPr>
          <w:b/>
          <w:color w:val="1A365D"/>
          <w:sz w:val="19"/>
        </w:rPr>
        <w:t>https://netcrm.netsenseweb.com/scuola/privacy/netsense/MEIS03300G</w:t>
      </w:r>
    </w:p>
    <w:p w14:paraId="0BF699E1" w14:textId="77777777" w:rsidR="00A40797" w:rsidRDefault="004E7877">
      <w:pPr>
        <w:spacing w:after="240"/>
        <w:ind w:left="360"/>
      </w:pPr>
      <w:r>
        <w:rPr>
          <w:b/>
        </w:rPr>
        <w:t xml:space="preserve">• </w:t>
      </w:r>
      <w:r>
        <w:rPr>
          <w:sz w:val="20"/>
        </w:rPr>
        <w:t>di avere preso visione dell’atto autorizzativo e delle istruzioni relative al trattamento dei dati che effettuerà per conto del Titolare in qualità di addetto al trattamento riservato alla propria mansione, reperibili nella sezione dedicata alla Privacy e Protezione dei dati personali del sito WEB dell’Istituto, al link:</w:t>
      </w:r>
      <w:r>
        <w:rPr>
          <w:sz w:val="20"/>
        </w:rPr>
        <w:br/>
      </w:r>
      <w:r>
        <w:rPr>
          <w:b/>
          <w:color w:val="1A365D"/>
          <w:sz w:val="19"/>
        </w:rPr>
        <w:t>https://netcrm.netsenseweb.com/scuola/privacy/netsense/MEIS03300G</w:t>
      </w:r>
    </w:p>
    <w:p w14:paraId="0E79FB7F" w14:textId="77777777" w:rsidR="00A40797" w:rsidRDefault="004E7877">
      <w:pPr>
        <w:spacing w:before="120" w:after="480"/>
      </w:pPr>
      <w:r>
        <w:rPr>
          <w:b/>
          <w:sz w:val="20"/>
        </w:rPr>
        <w:t>Il sottoscritto si impegna ad operare i trattamenti di dati personali dell’utenza dell’Istituto secondo quanto disposto dalle istruzioni rivolte agli addetti del trattamento.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52"/>
        <w:gridCol w:w="4752"/>
      </w:tblGrid>
      <w:tr w:rsidR="00A40797" w14:paraId="6047780C" w14:textId="77777777">
        <w:trPr>
          <w:jc w:val="center"/>
        </w:trPr>
        <w:tc>
          <w:tcPr>
            <w:tcW w:w="4752" w:type="dxa"/>
          </w:tcPr>
          <w:p w14:paraId="78B1F7CC" w14:textId="77777777" w:rsidR="00A40797" w:rsidRDefault="004E7877">
            <w:r>
              <w:t>Luogo e data</w:t>
            </w:r>
            <w:r>
              <w:br/>
            </w:r>
            <w:r>
              <w:br/>
              <w:t>Taormina, ........................................</w:t>
            </w:r>
          </w:p>
        </w:tc>
        <w:tc>
          <w:tcPr>
            <w:tcW w:w="4752" w:type="dxa"/>
          </w:tcPr>
          <w:p w14:paraId="5E7C43F2" w14:textId="77777777" w:rsidR="00A40797" w:rsidRDefault="004E7877">
            <w:pPr>
              <w:jc w:val="center"/>
            </w:pPr>
            <w:r>
              <w:rPr>
                <w:b/>
              </w:rPr>
              <w:t>Firma leggibile del dipendente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t>.........................................................................</w:t>
            </w:r>
          </w:p>
        </w:tc>
      </w:tr>
    </w:tbl>
    <w:p w14:paraId="30D55C19" w14:textId="77777777" w:rsidR="00A40797" w:rsidRDefault="004E7877">
      <w:pPr>
        <w:pBdr>
          <w:top w:val="single" w:sz="4" w:space="4" w:color="E2E8F0"/>
        </w:pBdr>
        <w:spacing w:before="600" w:after="0"/>
      </w:pPr>
      <w:r>
        <w:rPr>
          <w:b/>
          <w:color w:val="718096"/>
          <w:sz w:val="15"/>
        </w:rPr>
        <w:t xml:space="preserve">Informativa sul trattamento dei dati personali (GDPR UE 2016/679): </w:t>
      </w:r>
      <w:r>
        <w:rPr>
          <w:color w:val="718096"/>
          <w:sz w:val="15"/>
        </w:rPr>
        <w:t>La presente dichiarazione è conservata agli atti dell'Istituto per le finalità connesse alla gestione della privacy, alla designazione/autorizzazione degli addetti al trattamento e alla verifica dell'assolvimento degli obblighi di informazione di cui agli artt. 13 e 14 del Regolamento UE 2016/679.</w:t>
      </w:r>
    </w:p>
    <w:sectPr w:rsidR="00A40797" w:rsidSect="00034616">
      <w:pgSz w:w="11909" w:h="16834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08384480">
    <w:abstractNumId w:val="8"/>
  </w:num>
  <w:num w:numId="2" w16cid:durableId="1102647772">
    <w:abstractNumId w:val="6"/>
  </w:num>
  <w:num w:numId="3" w16cid:durableId="1359233802">
    <w:abstractNumId w:val="5"/>
  </w:num>
  <w:num w:numId="4" w16cid:durableId="1344698689">
    <w:abstractNumId w:val="4"/>
  </w:num>
  <w:num w:numId="5" w16cid:durableId="1323781050">
    <w:abstractNumId w:val="7"/>
  </w:num>
  <w:num w:numId="6" w16cid:durableId="1731734111">
    <w:abstractNumId w:val="3"/>
  </w:num>
  <w:num w:numId="7" w16cid:durableId="801273118">
    <w:abstractNumId w:val="2"/>
  </w:num>
  <w:num w:numId="8" w16cid:durableId="867259296">
    <w:abstractNumId w:val="1"/>
  </w:num>
  <w:num w:numId="9" w16cid:durableId="958072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E7877"/>
    <w:rsid w:val="007A2208"/>
    <w:rsid w:val="00947735"/>
    <w:rsid w:val="00A4079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0608DA"/>
  <w14:defaultImageDpi w14:val="300"/>
  <w15:docId w15:val="{7524531C-7129-40D3-AD04-D0D83E98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Times New Roman" w:hAnsi="Times New Roman"/>
      <w:color w:val="111111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 Magaraci</cp:lastModifiedBy>
  <cp:revision>2</cp:revision>
  <dcterms:created xsi:type="dcterms:W3CDTF">2026-08-25T08:20:00Z</dcterms:created>
  <dcterms:modified xsi:type="dcterms:W3CDTF">2026-08-25T08:20:00Z</dcterms:modified>
  <cp:category/>
</cp:coreProperties>
</file>